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i/>
          <w:color w:val="808080"/>
        </w:rPr>
        <w:t>Vorname Nachname</w:t>
      </w:r>
    </w:p>
    <w:p>
      <w:r>
        <w:rPr>
          <w:i/>
          <w:color w:val="808080"/>
        </w:rPr>
        <w:t>Straße Hausnummer</w:t>
      </w:r>
    </w:p>
    <w:p>
      <w:r>
        <w:rPr>
          <w:i/>
          <w:color w:val="808080"/>
        </w:rPr>
        <w:t>PLZ Ort</w:t>
      </w:r>
    </w:p>
    <w:p>
      <w:r>
        <w:rPr>
          <w:i/>
          <w:color w:val="808080"/>
        </w:rPr>
        <w:t>Telefon · E-Mail</w:t>
      </w:r>
    </w:p>
    <w:p/>
    <w:p>
      <w:r>
        <w:rPr>
          <w:i/>
          <w:color w:val="808080"/>
        </w:rPr>
        <w:t>Name des Trägers bzw. der Kita</w:t>
      </w:r>
    </w:p>
    <w:p>
      <w:r>
        <w:rPr>
          <w:i/>
          <w:color w:val="808080"/>
        </w:rPr>
        <w:t>z. B. Kita Sonnenschein, Frau Leitung</w:t>
      </w:r>
    </w:p>
    <w:p>
      <w:r>
        <w:rPr>
          <w:i/>
          <w:color w:val="808080"/>
        </w:rPr>
        <w:t>Straße Hausnummer</w:t>
      </w:r>
    </w:p>
    <w:p>
      <w:r>
        <w:rPr>
          <w:i/>
          <w:color w:val="808080"/>
        </w:rPr>
        <w:t>PLZ Ort</w:t>
      </w:r>
    </w:p>
    <w:p>
      <w:pPr>
        <w:jc w:val="right"/>
      </w:pPr>
      <w:r>
        <w:rPr>
          <w:i/>
          <w:color w:val="808080"/>
        </w:rPr>
        <w:t>Ort, TT.MM.JJJJ</w:t>
      </w:r>
    </w:p>
    <w:p>
      <w:r>
        <w:rPr>
          <w:b/>
        </w:rPr>
        <w:t xml:space="preserve">Bewerbung um einen Platz im Freiwilligen Sozialen Jahr ab </w:t>
      </w:r>
      <w:r>
        <w:rPr>
          <w:i/>
          <w:color w:val="808080"/>
        </w:rPr>
        <w:t>01.09.JJJJ</w:t>
      </w:r>
    </w:p>
    <w:p>
      <w:r>
        <w:t>Sehr geehrte Frau …, / Sehr geehrte Damen und Herren,</w:t>
      </w:r>
    </w:p>
    <w:p>
      <w:r>
        <w:rPr>
          <w:i/>
          <w:color w:val="808080"/>
        </w:rPr>
        <w:t>Einstieg: Warum gerade diese Kita oder dieser Träger? Woher kennen Sie die Einrichtung - Website, Praktikum, Empfehlung?</w:t>
      </w:r>
    </w:p>
    <w:p>
      <w:r>
        <w:t>Ich bewerbe mich um einen Platz im Freiwilligen Sozialen Jahr in Ihrer Einrichtung. Im Sommer schließe ich die Schule mit dem … ab und möchte danach herausfinden, ob ein pädagogischer Beruf zu mir passt.</w:t>
      </w:r>
    </w:p>
    <w:p>
      <w:r>
        <w:rPr>
          <w:i/>
          <w:color w:val="808080"/>
        </w:rPr>
        <w:t>Erfahrung mit Kindern: Babysitten, Geschwister, Nachhilfe, Jugendgruppe, Sportverein, Schulpraktikum - mit einem konkreten Beispiel, was Sie dort gemacht haben.</w:t>
      </w:r>
    </w:p>
    <w:p>
      <w:r>
        <w:rPr>
          <w:i/>
          <w:color w:val="808080"/>
        </w:rPr>
        <w:t>Was Sie mitbringen: Geduld, Freude an Musik, Bewegung oder Basteln, Verlässlichkeit - jeweils mit einem kurzen Beleg statt einer bloßen Aufzählung.</w:t>
      </w:r>
    </w:p>
    <w:p>
      <w:r>
        <w:rPr>
          <w:i/>
          <w:color w:val="808080"/>
        </w:rPr>
        <w:t>Ihr Ziel: Was möchten Sie im FSJ lernen? Planen Sie danach eine Ausbildung zur Erzieherin oder ein Studium?</w:t>
      </w:r>
    </w:p>
    <w:p>
      <w:r>
        <w:t>Über eine Einladung zu einem Vorstellungsgespräch oder einem Hospitationstag freue ich mich sehr.</w:t>
      </w:r>
    </w:p>
    <w:p>
      <w:r>
        <w:t>Mit freundlichen Grüßen</w:t>
      </w:r>
    </w:p>
    <w:p/>
    <w:p>
      <w:r>
        <w:rPr>
          <w:i/>
          <w:color w:val="808080"/>
        </w:rPr>
        <w:t>Unterschrift</w:t>
      </w:r>
    </w:p>
    <w:p>
      <w:r>
        <w:rPr>
          <w:i/>
          <w:color w:val="808080"/>
        </w:rPr>
        <w:t>Vorname Nachname</w:t>
      </w:r>
    </w:p>
    <w:p/>
    <w:p>
      <w:r>
        <w:rPr>
          <w:b/>
        </w:rPr>
        <w:t xml:space="preserve">Anlagen: </w:t>
      </w:r>
      <w:r>
        <w:t>Lebenslauf, letztes Zeugnis, Praktikumsbescheinigungen</w:t>
      </w:r>
    </w:p>
    <w:p>
      <w:r>
        <w:rPr>
          <w:color w:val="808080"/>
          <w:sz w:val="16"/>
        </w:rPr>
        <w:t>Grauen Text durch eigene Sätze ersetzen. Eine Seite genügt. Diesen Hinweis vor dem Versand löschen.</w:t>
      </w:r>
    </w:p>
    <w:sectPr w:rsidR="00FC693F" w:rsidRPr="0006063C" w:rsidSect="00034616">
      <w:footerReference w:type="default" r:id="rId9"/>
      <w:pgSz w:w="11906" w:h="16838"/>
      <w:pgMar w:top="1020" w:right="1134" w:bottom="90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808080"/>
        <w:sz w:val="14"/>
      </w:rPr>
      <w:t>Vorlage: kindergarten.info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3D6142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3D6142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 w:eastAsia="Arial"/>
      <w:color w:val="3D6142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Anschreiben FSJ Kindergarten - Vorlage</dc:title>
  <dc:subject/>
  <dc:creator>kindergarten.info</dc:creator>
  <cp:keywords/>
  <dc:description>Kostenlose Vorlage von kindergarten.info</dc:description>
  <cp:lastModifiedBy>kindergarten.info</cp:lastModifiedBy>
  <cp:revision>1</cp:revision>
  <dcterms:created xsi:type="dcterms:W3CDTF">2013-12-23T23:15:00Z</dcterms:created>
  <dcterms:modified xsi:type="dcterms:W3CDTF">2013-12-23T23:15:00Z</dcterms:modified>
  <cp:category/>
</cp:coreProperties>
</file>