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52"/>
        </w:rPr>
        <w:t>Lebenslauf</w:t>
      </w:r>
    </w:p>
    <w:p>
      <w:r>
        <w:rPr>
          <w:i/>
          <w:color w:val="808080"/>
        </w:rPr>
        <w:t>Foto ist freiwillig. Grauen Text überschreiben, nicht Zutreffendes löschen. Neueste Station immer zuerst.</w:t>
      </w:r>
    </w:p>
    <w:p>
      <w:pPr>
        <w:pStyle w:val="Heading1"/>
      </w:pPr>
      <w:r>
        <w:t>Persönliche Daten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Vorname Nachname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Anschrift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Straße, PLZ Ort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Telefon / E-Mail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2835"/>
          </w:tcPr>
          <w:p>
            <w:r>
              <w:rPr>
                <w:b/>
              </w:rPr>
              <w:t>Geburtsdatum (freiwillig)</w:t>
            </w:r>
          </w:p>
        </w:tc>
        <w:tc>
          <w:tcPr>
            <w:tcW w:type="dxa" w:w="6803"/>
          </w:tcPr>
          <w:p/>
        </w:tc>
      </w:tr>
    </w:tbl>
    <w:p>
      <w:pPr>
        <w:pStyle w:val="Heading1"/>
      </w:pPr>
      <w:r>
        <w:t>Berufserfahrung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MM/JJJJ – heute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Erzieherin, Kita … (Träger), Ort</w:t>
              <w:br/>
              <w:t>• Gruppe, Alter der Kinder, Schwerpunkt</w:t>
              <w:br/>
              <w:t>• eigene Projekte, Verantwortung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MM/JJJJ – MM/JJJJ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Anerkennungsjahr / PiA, Einrichtung, Ort</w:t>
              <w:br/>
              <w:t>• Aufgaben</w:t>
            </w:r>
          </w:p>
        </w:tc>
      </w:tr>
    </w:tbl>
    <w:p>
      <w:pPr>
        <w:pStyle w:val="Heading1"/>
      </w:pPr>
      <w:r>
        <w:t>Ausbildung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MM/JJJJ – MM/JJJJ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Fachschule für Sozialpädagogik, Ort</w:t>
              <w:br/>
              <w:t>Abschluss: staatlich anerkannte Erzieherin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MM/JJJJ – MM/JJJJ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Sozialassistenz / Schule, Ort, Abschluss</w:t>
            </w:r>
          </w:p>
        </w:tc>
      </w:tr>
    </w:tbl>
    <w:p>
      <w:pPr>
        <w:pStyle w:val="Heading1"/>
      </w:pPr>
      <w:r>
        <w:t>Praktika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MM/JJJJ – MM/JJJJ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Einrichtung, Ort - Arbeitsfeld (Krippe, Hort, Jugendhilfe …)</w:t>
            </w:r>
          </w:p>
        </w:tc>
      </w:tr>
    </w:tbl>
    <w:p>
      <w:pPr>
        <w:pStyle w:val="Heading1"/>
      </w:pPr>
      <w:r>
        <w:t>Weiterbildungen und Zusatzqualifikationen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JJJJ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z. B. Sprachförderkraft, Integrationsfachkraft, Erste Hilfe am Kind</w:t>
            </w:r>
          </w:p>
        </w:tc>
      </w:tr>
    </w:tbl>
    <w:p>
      <w:pPr>
        <w:pStyle w:val="Heading1"/>
      </w:pPr>
      <w:r>
        <w:t>Kenntnisse und Interessen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Sprachen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Deutsch (Muttersprache), Englisch (B1) …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Pädagogische Schwerpunkte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Musik, Natur, Bewegung …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Sonstiges</w:t>
            </w:r>
          </w:p>
        </w:tc>
        <w:tc>
          <w:tcPr>
            <w:tcW w:type="dxa" w:w="6803"/>
          </w:tcPr>
          <w:p>
            <w:r>
              <w:rPr>
                <w:i/>
                <w:color w:val="808080"/>
              </w:rPr>
              <w:t>Führerschein, Instrument, Ehrenamt</w:t>
            </w:r>
          </w:p>
        </w:tc>
      </w:tr>
    </w:tbl>
    <w:p/>
    <w:p>
      <w:r>
        <w:t>Ort, Datum                                        Unterschrift (freiwillig)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08080"/>
        <w:sz w:val="14"/>
      </w:rPr>
      <w:t>Vorlage: kindergarten.info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3D614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Erzieherin - Vorlage</dc:title>
  <dc:subject/>
  <dc:creator>kindergarten.info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