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D6142"/>
          <w:sz w:val="60"/>
        </w:rPr>
        <w:t>Hallo, das bin ich!</w:t>
      </w:r>
    </w:p>
    <w:p>
      <w:pPr>
        <w:jc w:val="center"/>
      </w:pPr>
      <w:r>
        <w:rPr>
          <w:color w:val="808080"/>
          <w:sz w:val="30"/>
        </w:rPr>
        <w:t>Neu in der Gruppe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c>
          <w:tcPr>
            <w:tcW w:type="dxa" w:w="3685"/>
            <w:shd w:val="clear" w:fill="EEF5EA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i/>
                <w:color w:val="808080"/>
              </w:rPr>
              <w:t>[ Foto hier einfügen ]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type="dxa" w:w="5953"/>
          </w:tcPr>
          <w:p>
            <w:pPr>
              <w:spacing w:after="200"/>
            </w:pPr>
            <w:r/>
            <w:r>
              <w:rPr>
                <w:b/>
                <w:color w:val="3D6142"/>
              </w:rPr>
              <w:t xml:space="preserve">Mein Name: </w:t>
            </w:r>
            <w:r>
              <w:rPr>
                <w:i/>
                <w:color w:val="808080"/>
              </w:rPr>
              <w:t>Vorname, so sprechen mich die Kinder an</w:t>
            </w:r>
          </w:p>
          <w:p>
            <w:pPr>
              <w:spacing w:after="200"/>
            </w:pPr>
            <w:r>
              <w:rPr>
                <w:b/>
                <w:color w:val="3D6142"/>
              </w:rPr>
              <w:t xml:space="preserve">Meine Aufgabe: </w:t>
            </w:r>
            <w:r>
              <w:rPr>
                <w:i/>
                <w:color w:val="808080"/>
              </w:rPr>
              <w:t>z. B. Erzieherin in der Gruppe …</w:t>
            </w:r>
          </w:p>
          <w:p>
            <w:pPr>
              <w:spacing w:after="200"/>
            </w:pPr>
            <w:r>
              <w:rPr>
                <w:b/>
                <w:color w:val="3D6142"/>
              </w:rPr>
              <w:t xml:space="preserve">Hier seit: </w:t>
            </w:r>
            <w:r>
              <w:rPr>
                <w:i/>
                <w:color w:val="808080"/>
              </w:rPr>
              <w:t>Monat / Jahr</w:t>
            </w:r>
          </w:p>
          <w:p>
            <w:pPr>
              <w:spacing w:after="200"/>
            </w:pPr>
            <w:r>
              <w:rPr>
                <w:b/>
                <w:color w:val="3D6142"/>
              </w:rPr>
              <w:t xml:space="preserve">Das mag ich: </w:t>
            </w:r>
            <w:r>
              <w:rPr>
                <w:i/>
                <w:color w:val="808080"/>
              </w:rPr>
              <w:t>Lieblingsessen, -farbe, -tier</w:t>
            </w:r>
          </w:p>
          <w:p>
            <w:pPr>
              <w:spacing w:after="200"/>
            </w:pPr>
            <w:r>
              <w:rPr>
                <w:b/>
                <w:color w:val="3D6142"/>
              </w:rPr>
              <w:t xml:space="preserve">Das mache ich gern mit Kindern: </w:t>
            </w:r>
            <w:r>
              <w:rPr>
                <w:i/>
                <w:color w:val="808080"/>
              </w:rPr>
              <w:t>Singen, Bauen, draußen sein …</w:t>
            </w:r>
          </w:p>
          <w:p>
            <w:pPr>
              <w:spacing w:after="200"/>
            </w:pPr>
            <w:r>
              <w:rPr>
                <w:b/>
                <w:color w:val="3D6142"/>
              </w:rPr>
              <w:t xml:space="preserve">Das wünsche ich mir: </w:t>
            </w:r>
            <w:r>
              <w:rPr>
                <w:i/>
                <w:color w:val="808080"/>
              </w:rPr>
              <w:t>für die Zeit mit Ihren Kindern</w:t>
            </w:r>
          </w:p>
        </w:tc>
      </w:tr>
    </w:tbl>
    <w:p/>
    <w:p>
      <w:r>
        <w:rPr>
          <w:b/>
        </w:rPr>
        <w:t xml:space="preserve">Ein paar Worte an die Eltern: </w:t>
      </w:r>
      <w:r>
        <w:rPr>
          <w:i/>
          <w:color w:val="808080"/>
        </w:rPr>
        <w:t>Ich freue mich darauf, Ihre Kinder kennenzulernen. Sprechen Sie mich gern beim Bringen oder Abholen an …</w:t>
      </w:r>
    </w:p>
    <w:p>
      <w:r>
        <w:rPr>
          <w:color w:val="808080"/>
          <w:sz w:val="18"/>
        </w:rPr>
        <w:t>Datenschutz: Foto und Angaben nur freiwillig. Keine Privatanschrift, keine private Telefonnummer, kein Nachname nötig. Grauen Text überschreiben, diesen Hinweis vor dem Aushang löschen.</w:t>
      </w:r>
    </w:p>
    <w:sectPr w:rsidR="00FC693F" w:rsidRPr="0006063C" w:rsidSect="00034616">
      <w:footerReference w:type="default" r:id="rId9"/>
      <w:pgSz w:w="11906" w:h="16838"/>
      <w:pgMar w:top="102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08080"/>
        <w:sz w:val="14"/>
      </w:rPr>
      <w:t>Vorlage: kindergarten.info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Steckbrief Erzieherin - Vorlage</dc:title>
  <dc:subject/>
  <dc:creator>kindergarten.info</dc:creator>
  <cp:keywords/>
  <dc:description>Kostenlose Vorlage von kindergarten.info</dc:description>
  <cp:lastModifiedBy>kindergarten.info</cp:lastModifiedBy>
  <cp:revision>1</cp:revision>
  <dcterms:created xsi:type="dcterms:W3CDTF">2013-12-23T23:15:00Z</dcterms:created>
  <dcterms:modified xsi:type="dcterms:W3CDTF">2013-12-23T23:15:00Z</dcterms:modified>
  <cp:category/>
</cp:coreProperties>
</file>